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/>
      <w:r>
        <w:rPr>
          <w:b/>
          <w:sz w:val="30"/>
        </w:rPr>
        <w:t>MS. CAVE'S CREATIONS</w:t>
      </w:r>
    </w:p>
    <w:p>
      <w:pPr>
        <w:jc w:val="center"/>
      </w:pPr>
      <w:r>
        <w:rPr>
          <w:b/>
          <w:sz w:val="44"/>
        </w:rPr>
        <w:t>BEADING WORKSHOP INQUIRY</w:t>
      </w:r>
    </w:p>
    <w:p>
      <w:pPr>
        <w:jc w:val="center"/>
      </w:pPr>
      <w:r>
        <w:t>Thank you for your interest in booking a workshop! Please fill out the form below and I will follow up with availability, pricing, and workshop details.</w:t>
      </w:r>
    </w:p>
    <w:p>
      <w:pPr>
        <w:spacing w:before="140" w:after="60"/>
      </w:pPr>
      <w:r>
        <w:rPr>
          <w:b/>
          <w:sz w:val="26"/>
        </w:rPr>
        <w:t>1. CONTACT INFORMATION</w:t>
      </w:r>
    </w:p>
    <w:p>
      <w:pPr>
        <w:spacing w:after="80"/>
      </w:pPr>
      <w:r>
        <w:rPr>
          <w:b/>
        </w:rPr>
        <w:t xml:space="preserve">Name / Organization: </w:t>
      </w:r>
      <w:r>
        <w:t>________________________________________________________________</w:t>
      </w:r>
    </w:p>
    <w:p>
      <w:pPr>
        <w:spacing w:after="80"/>
      </w:pPr>
      <w:r>
        <w:rPr>
          <w:b/>
        </w:rPr>
        <w:t xml:space="preserve">Email: </w:t>
      </w:r>
      <w:r>
        <w:t>________________________________________________________________</w:t>
      </w:r>
    </w:p>
    <w:p>
      <w:pPr>
        <w:spacing w:after="80"/>
      </w:pPr>
      <w:r>
        <w:rPr>
          <w:b/>
        </w:rPr>
        <w:t xml:space="preserve">Phone: </w:t>
      </w:r>
      <w:r>
        <w:t>________________________________________________________________</w:t>
      </w:r>
    </w:p>
    <w:p>
      <w:pPr>
        <w:spacing w:after="80"/>
      </w:pPr>
      <w:r>
        <w:rPr>
          <w:b/>
        </w:rPr>
        <w:t xml:space="preserve">Preferred method of contact: </w:t>
      </w:r>
      <w:r>
        <w:t>________________________________________________________________</w:t>
      </w:r>
    </w:p>
    <w:p>
      <w:pPr>
        <w:spacing w:before="140" w:after="60"/>
      </w:pPr>
      <w:r>
        <w:rPr>
          <w:b/>
          <w:sz w:val="26"/>
        </w:rPr>
        <w:t>2. WORKSHOP REQUEST</w:t>
      </w:r>
    </w:p>
    <w:p>
      <w:r>
        <w:rPr>
          <w:b/>
        </w:rPr>
        <w:t xml:space="preserve">Workshop you are interested in: </w:t>
      </w:r>
      <w:r>
        <w:t>☐ Beaded Poppy Brooches     ☐ Orange Shirt Day Pins</w:t>
      </w:r>
    </w:p>
    <w:p>
      <w:pPr>
        <w:spacing w:after="80"/>
      </w:pPr>
      <w:r>
        <w:rPr>
          <w:b/>
        </w:rPr>
        <w:t xml:space="preserve">Preferred workshop date(s): </w:t>
      </w:r>
      <w:r>
        <w:t>________________________________________________________________</w:t>
      </w:r>
    </w:p>
    <w:p>
      <w:pPr>
        <w:spacing w:after="80"/>
      </w:pPr>
      <w:r>
        <w:rPr>
          <w:b/>
        </w:rPr>
        <w:t xml:space="preserve">Preferred start time: </w:t>
      </w:r>
      <w:r>
        <w:t>________________________________________________________________</w:t>
      </w:r>
    </w:p>
    <w:p>
      <w:pPr>
        <w:spacing w:after="80"/>
      </w:pPr>
      <w:r>
        <w:rPr>
          <w:b/>
        </w:rPr>
        <w:t xml:space="preserve">Workshop length (if known): </w:t>
      </w:r>
      <w:r>
        <w:t>________________________________________________________________</w:t>
      </w:r>
    </w:p>
    <w:p>
      <w:pPr>
        <w:spacing w:after="80"/>
      </w:pPr>
      <w:r>
        <w:rPr>
          <w:b/>
        </w:rPr>
        <w:t xml:space="preserve">Location / Venue: </w:t>
      </w:r>
      <w:r>
        <w:t>________________________________________________________________</w:t>
      </w:r>
    </w:p>
    <w:p>
      <w:pPr>
        <w:spacing w:after="80"/>
      </w:pPr>
      <w:r>
        <w:rPr>
          <w:b/>
        </w:rPr>
        <w:t xml:space="preserve">Expected number of participants: </w:t>
      </w:r>
      <w:r>
        <w:t>________________________________________________________________</w:t>
      </w:r>
    </w:p>
    <w:p>
      <w:pPr>
        <w:spacing w:before="140" w:after="60"/>
      </w:pPr>
      <w:r>
        <w:rPr>
          <w:b/>
          <w:sz w:val="26"/>
        </w:rPr>
        <w:t>3. PARTICIPANT &amp; WORKSHOP DETAILS</w:t>
      </w:r>
    </w:p>
    <w:p>
      <w:r>
        <w:rPr>
          <w:b/>
        </w:rPr>
        <w:t xml:space="preserve">Who is the workshop for? </w:t>
      </w:r>
      <w:r>
        <w:t>☐ Children  ☐ Youth  ☐ Adults  ☐ Elders  ☐ Mixed ages  ☐ Other: __________</w:t>
      </w:r>
    </w:p>
    <w:p>
      <w:r>
        <w:rPr>
          <w:b/>
        </w:rPr>
        <w:t xml:space="preserve">Experience level: </w:t>
      </w:r>
      <w:r>
        <w:t>☐ Beginner-friendly  ☐ Mixed experience  ☐ Experienced beaders</w:t>
      </w:r>
    </w:p>
    <w:p>
      <w:r>
        <w:rPr>
          <w:b/>
        </w:rPr>
        <w:t xml:space="preserve">Materials: </w:t>
      </w:r>
      <w:r>
        <w:t>Workshops can be arranged with materials supplied for participants. Final material costs will depend on the workshop and group size.</w:t>
      </w:r>
    </w:p>
    <w:p>
      <w:pPr>
        <w:spacing w:before="140" w:after="60"/>
      </w:pPr>
      <w:r>
        <w:rPr>
          <w:b/>
          <w:sz w:val="26"/>
        </w:rPr>
        <w:t>4. BUDGET &amp; LOGISTICS</w:t>
      </w:r>
    </w:p>
    <w:p>
      <w:pPr>
        <w:spacing w:after="80"/>
      </w:pPr>
      <w:r>
        <w:rPr>
          <w:b/>
        </w:rPr>
        <w:t xml:space="preserve">Approximate budget (if applicable): </w:t>
      </w:r>
      <w:r>
        <w:t>________________________________________________________________</w:t>
      </w:r>
    </w:p>
    <w:p>
      <w:pPr>
        <w:spacing w:after="80"/>
      </w:pPr>
      <w:r>
        <w:rPr>
          <w:b/>
        </w:rPr>
        <w:t xml:space="preserve">Funding / organization requirements: </w:t>
      </w:r>
      <w:r>
        <w:t>________________________________________________________________</w:t>
      </w:r>
    </w:p>
    <w:p>
      <w:pPr>
        <w:spacing w:after="80"/>
      </w:pPr>
      <w:r>
        <w:rPr>
          <w:b/>
        </w:rPr>
        <w:t xml:space="preserve">Travel or parking considerations: </w:t>
      </w:r>
      <w:r>
        <w:t>________________________________________________________________</w:t>
      </w:r>
    </w:p>
    <w:p>
      <w:pPr>
        <w:spacing w:after="80"/>
      </w:pPr>
      <w:r>
        <w:rPr>
          <w:b/>
        </w:rPr>
        <w:t xml:space="preserve">Other logistics or requests: </w:t>
      </w:r>
      <w:r>
        <w:t>________________________________________________________________</w:t>
      </w:r>
    </w:p>
    <w:p>
      <w:pPr>
        <w:spacing w:before="140" w:after="60"/>
      </w:pPr>
      <w:r>
        <w:rPr>
          <w:b/>
          <w:sz w:val="26"/>
        </w:rPr>
        <w:t>5. ACCESSIBILITY &amp; CULTURAL CONSIDERATIONS</w:t>
      </w:r>
    </w:p>
    <w:p>
      <w:r>
        <w:t>Please share any accessibility needs, seating considerations, cultural protocols, or other information that would help me make the workshop welcoming and accessible.</w:t>
      </w:r>
    </w:p>
    <w:p>
      <w:pPr>
        <w:spacing w:after="80"/>
      </w:pPr>
      <w:r>
        <w:rPr>
          <w:b/>
        </w:rPr>
        <w:t xml:space="preserve">Accessibility / accommodation needs: </w:t>
      </w:r>
      <w:r>
        <w:t>________________________________________________________________</w:t>
      </w:r>
    </w:p>
    <w:p>
      <w:pPr>
        <w:spacing w:after="80"/>
      </w:pPr>
      <w:r>
        <w:rPr>
          <w:b/>
        </w:rPr>
        <w:t xml:space="preserve">Cultural considerations / protocols: </w:t>
      </w:r>
      <w:r>
        <w:t>________________________________________________________________</w:t>
      </w:r>
    </w:p>
    <w:p>
      <w:pPr>
        <w:spacing w:before="140" w:after="60"/>
      </w:pPr>
      <w:r>
        <w:rPr>
          <w:b/>
          <w:sz w:val="26"/>
        </w:rPr>
        <w:t>6. ADDITIONAL INFORMATION</w:t>
      </w:r>
    </w:p>
    <w:p>
      <w:pPr>
        <w:spacing w:after="80"/>
      </w:pPr>
      <w:r>
        <w:rPr>
          <w:b/>
        </w:rPr>
        <w:t xml:space="preserve">Tell me a little about your group or event: </w:t>
      </w:r>
      <w:r>
        <w:t>________________________________________________________________</w:t>
      </w:r>
    </w:p>
    <w:p>
      <w:pPr>
        <w:spacing w:after="80"/>
      </w:pPr>
      <w:r>
        <w:rPr>
          <w:b/>
        </w:rPr>
        <w:t xml:space="preserve">Anything else you would like me to know: </w:t>
      </w:r>
      <w:r>
        <w:t>________________________________________________________________</w:t>
      </w:r>
    </w:p>
    <w:p>
      <w:pPr>
        <w:jc w:val="center"/>
      </w:pPr>
      <w:r>
        <w:rPr>
          <w:b/>
          <w:sz w:val="24"/>
        </w:rPr>
        <w:t>FACILITATOR</w:t>
      </w:r>
    </w:p>
    <w:p>
      <w:pPr>
        <w:jc w:val="center"/>
      </w:pPr>
      <w:r>
        <w:rPr>
          <w:b/>
          <w:sz w:val="22"/>
        </w:rPr>
        <w:t>Kadence Cave</w:t>
      </w:r>
    </w:p>
    <w:p>
      <w:pPr>
        <w:spacing w:before="140" w:after="60"/>
      </w:pPr>
      <w:r>
        <w:rPr>
          <w:b/>
          <w:sz w:val="26"/>
        </w:rPr>
        <w:t>NEXT STEPS</w:t>
      </w:r>
    </w:p>
    <w:p>
      <w:r>
        <w:t>Once I receive your inquiry, I will follow up with availability, a workshop quote, materials information, and next steps for booking.</w:t>
      </w:r>
    </w:p>
    <w:p>
      <w:pPr>
        <w:jc w:val="center"/>
      </w:pPr>
      <w:r>
        <w:rPr>
          <w:b/>
          <w:sz w:val="24"/>
        </w:rPr>
        <w:t>Ǧiáxsix̌anugvuƛa,</w:t>
      </w:r>
    </w:p>
    <w:p>
      <w:pPr>
        <w:jc w:val="center"/>
      </w:pPr>
      <w:r>
        <w:rPr>
          <w:i/>
          <w:sz w:val="20"/>
        </w:rPr>
        <w:t>(I thank you)</w:t>
      </w:r>
    </w:p>
    <w:p>
      <w:pPr>
        <w:spacing w:before="160"/>
        <w:jc w:val="center"/>
      </w:pPr>
      <w:r>
        <w:rPr>
          <w:b/>
          <w:sz w:val="22"/>
        </w:rPr>
        <w:t>Thank you for supporting handmade beadwork and community learning!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Beading Workshop Inquiry • Please return completed form by email or message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